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80"/>
        <w:jc w:val="center"/>
        <w:tblLayout w:type="fixed"/>
        <w:tblLook w:firstColumn="1" w:firstRow="1" w:lastColumn="0" w:lastRow="0" w:noHBand="0" w:noVBand="1" w:val="04A0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</w:tblPr>
      <w:tblGrid>
        <w:gridCol w:w="10380"/>
      </w:tblGrid>
      <w:tr>
        <w:trPr>
          <w:trHeight w:val="7200" w:hRule="atLeast"/>
        </w:trPr>
        <w:tc>
          <w:tcPr>
            <w:tcW w:type="dxa" w:w="10380"/>
            <w:tcMar>
              <w:top w:w="85" w:type="dxa"/>
              <w:start w:w="470" w:type="dxa"/>
              <w:bottom w:w="130" w:type="dxa"/>
              <w:end w:w="47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8"/>
              </w:rPr>
              <w:t>...................................    Tarihinden ..............................tarihine kadar bir haftalık çalışma</w:t>
            </w:r>
          </w:p>
          <w:p>
            <w:pPr>
              <w:spacing w:before="0" w:after="160" w:line="240" w:lineRule="auto"/>
              <w:jc w:val="left"/>
            </w:pPr>
            <w:r>
              <w:rPr>
                <w:rFonts w:ascii="Arial" w:hAnsi="Arial" w:eastAsia="Arial"/>
                <w:i/>
                <w:sz w:val="18"/>
              </w:rPr>
              <w:t>From ............................. to ..............................weekly  service</w:t>
            </w:r>
          </w:p>
          <w:tbl>
            <w:tblPr>
              <w:tblW w:type="dxa" w:w="9434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8" w:space="0" w:color="000000"/>
                <w:insideV w:val="single" w:sz="8" w:space="0" w:color="000000"/>
              </w:tblBorders>
            </w:tblPr>
            <w:tblGrid>
              <w:gridCol w:w="1633"/>
              <w:gridCol w:w="4667"/>
              <w:gridCol w:w="1174"/>
              <w:gridCol w:w="1069"/>
              <w:gridCol w:w="891"/>
            </w:tblGrid>
            <w:tr>
              <w:trPr>
                <w:trHeight w:val="576" w:hRule="exact"/>
                <w:tblHeader w:val="true"/>
              </w:trPr>
              <w:tc>
                <w:tcPr>
                  <w:tcW w:type="dxa" w:w="1633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GÜN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DAYS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YAPILAN İŞLER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WORK ACCOMPLISHED</w:t>
                  </w: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Sayfa No.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Page Nr.</w:t>
                  </w:r>
                </w:p>
              </w:tc>
              <w:tc>
                <w:tcPr>
                  <w:tcW w:type="dxa" w:w="1960"/>
                  <w:gridSpan w:val="2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ÇALIŞILAN SAAT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WORKING HOURS</w:t>
                  </w:r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Pazartesi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Monday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Salı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Tuesday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Çarşamba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Wednesday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Perşembe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Thursday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Cuma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Friday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b w:val="0"/>
                      <w:sz w:val="18"/>
                    </w:rPr>
                    <w:t>Cumartesi</w:t>
                  </w:r>
                  <w:r>
                    <w:rPr>
                      <w:rFonts w:ascii="Arial" w:hAnsi="Arial" w:eastAsia="Arial"/>
                      <w:b w:val="0"/>
                      <w:i/>
                      <w:sz w:val="18"/>
                    </w:rPr>
                    <w:br/>
                    <w:t>Saturday</w:t>
                  </w:r>
                </w:p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 w:val="restart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30" w:hRule="exact"/>
              </w:trPr>
              <w:tc>
                <w:tcPr>
                  <w:tcW w:type="dxa" w:w="1633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4667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174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</w:p>
              </w:tc>
              <w:tc>
                <w:tcPr>
                  <w:tcW w:type="dxa" w:w="891"/>
                  <w:vMerge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  <w:tr>
              <w:trPr>
                <w:trHeight w:val="274" w:hRule="exact"/>
              </w:trPr>
              <w:tc>
                <w:tcPr>
                  <w:tcW w:type="dxa" w:w="7474"/>
                  <w:gridSpan w:val="3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Times New Roman" w:hAnsi="Times New Roman" w:eastAsia="Times New Roman"/>
                      <w:sz w:val="18"/>
                    </w:rPr>
                    <w:t>Toplam (</w:t>
                  </w:r>
                  <w:r>
                    <w:rPr>
                      <w:rFonts w:ascii="Arial" w:hAnsi="Arial" w:eastAsia="Arial"/>
                      <w:i/>
                      <w:sz w:val="18"/>
                    </w:rPr>
                    <w:t>Total</w:t>
                  </w:r>
                  <w:r>
                    <w:rPr>
                      <w:rFonts w:ascii="Times New Roman" w:hAnsi="Times New Roman" w:eastAsia="Times New Roman"/>
                      <w:sz w:val="18"/>
                    </w:rPr>
                    <w:t>)</w:t>
                  </w:r>
                </w:p>
              </w:tc>
              <w:tc>
                <w:tcPr>
                  <w:tcW w:type="dxa" w:w="1069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  <w:tc>
                <w:tcPr>
                  <w:tcW w:type="dxa" w:w="891"/>
                  <w:tcMar>
                    <w:top w:w="35" w:type="dxa"/>
                    <w:start w:w="70" w:type="dxa"/>
                    <w:bottom w:w="25" w:type="dxa"/>
                    <w:end w:w="55" w:type="dxa"/>
                  </w:tcMar>
                  <w:vAlign w:val="center"/>
                </w:tcPr>
                <w:p/>
              </w:tc>
            </w:tr>
          </w:tbl>
          <w:p>
            <w:pPr>
              <w:spacing w:before="0" w:after="0" w:line="150" w:lineRule="exact"/>
            </w:pPr>
            <w:r>
              <w:rPr>
                <w:sz w:val="12"/>
              </w:rPr>
            </w:r>
          </w:p>
          <w:tbl>
            <w:tblPr>
              <w:tblW w:type="dxa" w:w="9434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3050"/>
              <w:gridCol w:w="6384"/>
            </w:tblGrid>
            <w:tr>
              <w:trPr>
                <w:trHeight w:val="432" w:hRule="exact"/>
              </w:trPr>
              <w:tc>
                <w:tcPr>
                  <w:tcW w:type="dxa" w:w="3050"/>
                  <w:tcMar>
                    <w:top w:w="10" w:type="dxa"/>
                    <w:start w:w="0" w:type="dxa"/>
                    <w:bottom w:w="10" w:type="dxa"/>
                    <w:end w:w="50" w:type="dxa"/>
                  </w:tcMar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sz w:val="14"/>
                    </w:rPr>
                    <w:t>Öğrencinin imzası</w:t>
                  </w:r>
                  <w:r>
                    <w:rPr>
                      <w:rFonts w:ascii="Arial" w:hAnsi="Arial" w:eastAsia="Arial"/>
                      <w:i/>
                      <w:sz w:val="14"/>
                    </w:rPr>
                    <w:br/>
                    <w:t>Signature of trainee</w:t>
                  </w:r>
                </w:p>
              </w:tc>
              <w:tc>
                <w:tcPr>
                  <w:tcW w:type="dxa" w:w="6384"/>
                  <w:tcMar>
                    <w:top w:w="10" w:type="dxa"/>
                    <w:start w:w="20" w:type="dxa"/>
                    <w:bottom w:w="1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sz w:val="14"/>
                    </w:rPr>
                    <w:t>:........................................................................................................................</w:t>
                  </w:r>
                </w:p>
              </w:tc>
            </w:tr>
            <w:tr>
              <w:trPr>
                <w:trHeight w:val="432" w:hRule="exact"/>
              </w:trPr>
              <w:tc>
                <w:tcPr>
                  <w:tcW w:type="dxa" w:w="3050"/>
                  <w:tcMar>
                    <w:top w:w="10" w:type="dxa"/>
                    <w:start w:w="0" w:type="dxa"/>
                    <w:bottom w:w="10" w:type="dxa"/>
                    <w:end w:w="50" w:type="dxa"/>
                  </w:tcMar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sz w:val="14"/>
                    </w:rPr>
                    <w:t>Çalıştığı iş yeri ve kısmı</w:t>
                  </w:r>
                </w:p>
              </w:tc>
              <w:tc>
                <w:tcPr>
                  <w:tcW w:type="dxa" w:w="6384"/>
                  <w:tcMar>
                    <w:top w:w="10" w:type="dxa"/>
                    <w:start w:w="20" w:type="dxa"/>
                    <w:bottom w:w="10" w:type="dxa"/>
                    <w:end w:w="0" w:type="dxa"/>
                  </w:tcMar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Times New Roman" w:hAnsi="Times New Roman" w:eastAsia="Times New Roman"/>
                      <w:sz w:val="14"/>
                    </w:rPr>
                    <w:t>……………………………………………………………………………….</w:t>
                  </w:r>
                </w:p>
              </w:tc>
            </w:tr>
          </w:tbl>
          <w:p>
            <w:pPr>
              <w:spacing w:before="0" w:after="0" w:line="150" w:lineRule="exact"/>
            </w:pPr>
            <w:r>
              <w:rPr>
                <w:sz w:val="12"/>
              </w:rPr>
            </w:r>
          </w:p>
        </w:tc>
      </w:tr>
    </w:tbl>
    <w:sectPr w:rsidR="00FC693F" w:rsidRPr="0006063C" w:rsidSect="00034616">
      <w:pgSz w:w="11905" w:h="16838"/>
      <w:pgMar w:top="1901" w:right="763" w:bottom="792" w:left="763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